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866C8" w14:textId="7BCE9266" w:rsidR="00CB6915" w:rsidRPr="00C41A60" w:rsidRDefault="00000000">
      <w:pPr>
        <w:pStyle w:val="Heading1"/>
        <w:rPr>
          <w:rFonts w:ascii="Helvetica Neue" w:hAnsi="Helvetica Neue"/>
          <w:b w:val="0"/>
          <w:bCs w:val="0"/>
          <w:color w:val="0D0D0D" w:themeColor="text1" w:themeTint="F2"/>
          <w:sz w:val="36"/>
          <w:szCs w:val="36"/>
        </w:rPr>
      </w:pPr>
      <w:r w:rsidRPr="00C41A60">
        <w:rPr>
          <w:rFonts w:ascii="Helvetica Neue" w:hAnsi="Helvetica Neue"/>
          <w:b w:val="0"/>
          <w:bCs w:val="0"/>
          <w:color w:val="0D0D0D" w:themeColor="text1" w:themeTint="F2"/>
          <w:sz w:val="36"/>
          <w:szCs w:val="36"/>
        </w:rPr>
        <w:t>DWG Awards</w:t>
      </w:r>
      <w:r w:rsidR="00C41A60">
        <w:rPr>
          <w:rFonts w:ascii="Helvetica Neue" w:hAnsi="Helvetica Neue"/>
          <w:b w:val="0"/>
          <w:bCs w:val="0"/>
          <w:color w:val="0D0D0D" w:themeColor="text1" w:themeTint="F2"/>
          <w:sz w:val="36"/>
          <w:szCs w:val="36"/>
        </w:rPr>
        <w:t xml:space="preserve"> 2026</w:t>
      </w:r>
      <w:r w:rsidRPr="00C41A60">
        <w:rPr>
          <w:rFonts w:ascii="Helvetica Neue" w:hAnsi="Helvetica Neue"/>
          <w:b w:val="0"/>
          <w:bCs w:val="0"/>
          <w:color w:val="0D0D0D" w:themeColor="text1" w:themeTint="F2"/>
          <w:sz w:val="36"/>
          <w:szCs w:val="36"/>
        </w:rPr>
        <w:t xml:space="preserve"> entry checklist</w:t>
      </w:r>
    </w:p>
    <w:p w14:paraId="1E6BB736" w14:textId="77777777" w:rsidR="00CB6915" w:rsidRDefault="00000000">
      <w:r>
        <w:t>Use this to sense-check your submission before you press submit.</w:t>
      </w:r>
    </w:p>
    <w:p w14:paraId="25606112" w14:textId="77777777" w:rsidR="00CB6915" w:rsidRDefault="00000000">
      <w:r>
        <w:rPr>
          <w:b/>
        </w:rPr>
        <w:t>1. Do we have a clear story?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1060"/>
        <w:gridCol w:w="8120"/>
      </w:tblGrid>
      <w:tr w:rsidR="00CB6915" w14:paraId="50EA2324" w14:textId="77777777" w:rsidTr="00C41A60">
        <w:tc>
          <w:tcPr>
            <w:tcW w:w="1060" w:type="dxa"/>
          </w:tcPr>
          <w:p w14:paraId="7D78A9D4" w14:textId="08A985B1" w:rsidR="00CB6915" w:rsidRDefault="00C41A60" w:rsidP="00C41A60">
            <w:pPr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0"/>
          </w:p>
        </w:tc>
        <w:tc>
          <w:tcPr>
            <w:tcW w:w="8120" w:type="dxa"/>
          </w:tcPr>
          <w:p w14:paraId="1918365C" w14:textId="77777777" w:rsidR="00CB6915" w:rsidRDefault="00000000" w:rsidP="00C41A60">
            <w:pPr>
              <w:ind w:right="-3241"/>
            </w:pPr>
            <w:r>
              <w:t>Have we articulated the challenge we were solving?</w:t>
            </w:r>
          </w:p>
        </w:tc>
      </w:tr>
      <w:tr w:rsidR="00CB6915" w14:paraId="2E1FE866" w14:textId="77777777" w:rsidTr="00C41A60">
        <w:tc>
          <w:tcPr>
            <w:tcW w:w="1060" w:type="dxa"/>
          </w:tcPr>
          <w:p w14:paraId="4152ED00" w14:textId="012C768E" w:rsidR="00CB6915" w:rsidRDefault="00C41A60" w:rsidP="00C41A60">
            <w:pPr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8120" w:type="dxa"/>
          </w:tcPr>
          <w:p w14:paraId="255AF96F" w14:textId="77777777" w:rsidR="00CB6915" w:rsidRDefault="00000000">
            <w:r>
              <w:t>Is there a clear through-line from problem → action → outcome?</w:t>
            </w:r>
          </w:p>
        </w:tc>
      </w:tr>
      <w:tr w:rsidR="00CB6915" w14:paraId="6CF319B2" w14:textId="77777777" w:rsidTr="00C41A60">
        <w:tc>
          <w:tcPr>
            <w:tcW w:w="1060" w:type="dxa"/>
          </w:tcPr>
          <w:p w14:paraId="19235910" w14:textId="4942FCE9" w:rsidR="00CB6915" w:rsidRDefault="00C41A60" w:rsidP="00C41A60">
            <w:pPr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8120" w:type="dxa"/>
          </w:tcPr>
          <w:p w14:paraId="7C1C83A4" w14:textId="7DD6BC4B" w:rsidR="00CB6915" w:rsidRDefault="00000000">
            <w:r>
              <w:t>Have we moved beyond</w:t>
            </w:r>
            <w:r w:rsidR="00C41A60">
              <w:t xml:space="preserve"> ‘</w:t>
            </w:r>
            <w:r>
              <w:t>what we did</w:t>
            </w:r>
            <w:r w:rsidR="00C41A60">
              <w:t>’</w:t>
            </w:r>
            <w:r>
              <w:t xml:space="preserve"> to why it mattered?</w:t>
            </w:r>
          </w:p>
        </w:tc>
      </w:tr>
      <w:tr w:rsidR="00CB6915" w14:paraId="11832D0A" w14:textId="77777777" w:rsidTr="00C41A60">
        <w:tc>
          <w:tcPr>
            <w:tcW w:w="1060" w:type="dxa"/>
          </w:tcPr>
          <w:p w14:paraId="452DA9E4" w14:textId="0FCF6B5A" w:rsidR="00CB6915" w:rsidRDefault="00C41A60" w:rsidP="00C41A60">
            <w:pPr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8120" w:type="dxa"/>
          </w:tcPr>
          <w:p w14:paraId="03DB5CC9" w14:textId="77777777" w:rsidR="00CB6915" w:rsidRDefault="00000000">
            <w:r>
              <w:t>Test: Could someone unfamiliar with our work quickly understand the story?</w:t>
            </w:r>
          </w:p>
        </w:tc>
      </w:tr>
    </w:tbl>
    <w:p w14:paraId="70639DF0" w14:textId="77777777" w:rsidR="00CB6915" w:rsidRDefault="00000000">
      <w:r>
        <w:rPr>
          <w:b/>
        </w:rPr>
        <w:t>2. Are we showing real impact (not just activity)?</w:t>
      </w:r>
    </w:p>
    <w:tbl>
      <w:tblPr>
        <w:tblW w:w="9322" w:type="dxa"/>
        <w:tblLook w:val="04A0" w:firstRow="1" w:lastRow="0" w:firstColumn="1" w:lastColumn="0" w:noHBand="0" w:noVBand="1"/>
      </w:tblPr>
      <w:tblGrid>
        <w:gridCol w:w="1060"/>
        <w:gridCol w:w="8262"/>
      </w:tblGrid>
      <w:tr w:rsidR="00C41A60" w14:paraId="299B6868" w14:textId="77777777" w:rsidTr="00C41A60">
        <w:tc>
          <w:tcPr>
            <w:tcW w:w="1060" w:type="dxa"/>
          </w:tcPr>
          <w:p w14:paraId="38AF0111" w14:textId="77C8DB50" w:rsidR="00C41A60" w:rsidRDefault="00C41A60" w:rsidP="00C41A60">
            <w:pPr>
              <w:jc w:val="center"/>
            </w:pPr>
            <w:r w:rsidRPr="004D27D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27D0">
              <w:instrText xml:space="preserve"> FORMCHECKBOX </w:instrText>
            </w:r>
            <w:r w:rsidRPr="004D27D0">
              <w:fldChar w:fldCharType="separate"/>
            </w:r>
            <w:r w:rsidRPr="004D27D0">
              <w:fldChar w:fldCharType="end"/>
            </w:r>
          </w:p>
        </w:tc>
        <w:tc>
          <w:tcPr>
            <w:tcW w:w="8262" w:type="dxa"/>
          </w:tcPr>
          <w:p w14:paraId="2CC8ACD6" w14:textId="77777777" w:rsidR="00C41A60" w:rsidRDefault="00C41A60" w:rsidP="00C41A60">
            <w:r>
              <w:t>Have we explained what changed as a result of our work?</w:t>
            </w:r>
          </w:p>
        </w:tc>
      </w:tr>
      <w:tr w:rsidR="00C41A60" w14:paraId="0F391BBE" w14:textId="77777777" w:rsidTr="00C41A60">
        <w:tc>
          <w:tcPr>
            <w:tcW w:w="1060" w:type="dxa"/>
          </w:tcPr>
          <w:p w14:paraId="4A012F61" w14:textId="63A323E1" w:rsidR="00C41A60" w:rsidRDefault="00C41A60" w:rsidP="00C41A60">
            <w:pPr>
              <w:jc w:val="center"/>
            </w:pPr>
            <w:r w:rsidRPr="004D27D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27D0">
              <w:instrText xml:space="preserve"> FORMCHECKBOX </w:instrText>
            </w:r>
            <w:r w:rsidRPr="004D27D0">
              <w:fldChar w:fldCharType="separate"/>
            </w:r>
            <w:r w:rsidRPr="004D27D0">
              <w:fldChar w:fldCharType="end"/>
            </w:r>
          </w:p>
        </w:tc>
        <w:tc>
          <w:tcPr>
            <w:tcW w:w="8262" w:type="dxa"/>
          </w:tcPr>
          <w:p w14:paraId="2A836EA9" w14:textId="77777777" w:rsidR="00C41A60" w:rsidRDefault="00C41A60" w:rsidP="00C41A60">
            <w:r>
              <w:t>Are our metrics tied to business or employee outcomes?</w:t>
            </w:r>
          </w:p>
        </w:tc>
      </w:tr>
      <w:tr w:rsidR="00C41A60" w14:paraId="5676777F" w14:textId="77777777" w:rsidTr="00C41A60">
        <w:tc>
          <w:tcPr>
            <w:tcW w:w="1060" w:type="dxa"/>
          </w:tcPr>
          <w:p w14:paraId="1CEA1367" w14:textId="316F3A2D" w:rsidR="00C41A60" w:rsidRDefault="00C41A60" w:rsidP="00C41A60">
            <w:pPr>
              <w:jc w:val="center"/>
            </w:pPr>
            <w:r w:rsidRPr="004D27D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27D0">
              <w:instrText xml:space="preserve"> FORMCHECKBOX </w:instrText>
            </w:r>
            <w:r w:rsidRPr="004D27D0">
              <w:fldChar w:fldCharType="separate"/>
            </w:r>
            <w:r w:rsidRPr="004D27D0">
              <w:fldChar w:fldCharType="end"/>
            </w:r>
          </w:p>
        </w:tc>
        <w:tc>
          <w:tcPr>
            <w:tcW w:w="8262" w:type="dxa"/>
          </w:tcPr>
          <w:p w14:paraId="5AF725EA" w14:textId="1231644B" w:rsidR="00C41A60" w:rsidRDefault="00C41A60" w:rsidP="00C41A60">
            <w:r>
              <w:t>Have we answered the question: ‘So what?’</w:t>
            </w:r>
          </w:p>
        </w:tc>
      </w:tr>
      <w:tr w:rsidR="00C41A60" w14:paraId="1F1929A9" w14:textId="77777777" w:rsidTr="00C41A60">
        <w:tc>
          <w:tcPr>
            <w:tcW w:w="1060" w:type="dxa"/>
          </w:tcPr>
          <w:p w14:paraId="19D315C9" w14:textId="0A67ED76" w:rsidR="00C41A60" w:rsidRDefault="00C41A60" w:rsidP="00C41A60">
            <w:pPr>
              <w:jc w:val="center"/>
            </w:pPr>
            <w:r w:rsidRPr="004D27D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27D0">
              <w:instrText xml:space="preserve"> FORMCHECKBOX </w:instrText>
            </w:r>
            <w:r w:rsidRPr="004D27D0">
              <w:fldChar w:fldCharType="separate"/>
            </w:r>
            <w:r w:rsidRPr="004D27D0">
              <w:fldChar w:fldCharType="end"/>
            </w:r>
          </w:p>
        </w:tc>
        <w:tc>
          <w:tcPr>
            <w:tcW w:w="8262" w:type="dxa"/>
          </w:tcPr>
          <w:p w14:paraId="51F780E8" w14:textId="77777777" w:rsidR="00C41A60" w:rsidRDefault="00C41A60" w:rsidP="00C41A60">
            <w:r>
              <w:t>Have we treated this as more than a purely technical delivery?</w:t>
            </w:r>
          </w:p>
        </w:tc>
      </w:tr>
      <w:tr w:rsidR="00C41A60" w14:paraId="54A8496E" w14:textId="77777777" w:rsidTr="00C41A60">
        <w:tc>
          <w:tcPr>
            <w:tcW w:w="1060" w:type="dxa"/>
          </w:tcPr>
          <w:p w14:paraId="23600905" w14:textId="33274F47" w:rsidR="00C41A60" w:rsidRDefault="00C41A60" w:rsidP="00C41A60">
            <w:pPr>
              <w:jc w:val="center"/>
            </w:pPr>
            <w:r w:rsidRPr="004D27D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27D0">
              <w:instrText xml:space="preserve"> FORMCHECKBOX </w:instrText>
            </w:r>
            <w:r w:rsidRPr="004D27D0">
              <w:fldChar w:fldCharType="separate"/>
            </w:r>
            <w:r w:rsidRPr="004D27D0">
              <w:fldChar w:fldCharType="end"/>
            </w:r>
          </w:p>
        </w:tc>
        <w:tc>
          <w:tcPr>
            <w:tcW w:w="8262" w:type="dxa"/>
          </w:tcPr>
          <w:p w14:paraId="3646C960" w14:textId="77777777" w:rsidR="00C41A60" w:rsidRDefault="00C41A60" w:rsidP="00C41A60">
            <w:r>
              <w:t>Watch out: Lists of features or adoption stats without context.</w:t>
            </w:r>
          </w:p>
        </w:tc>
      </w:tr>
    </w:tbl>
    <w:p w14:paraId="5715EDD5" w14:textId="4A5BC68A" w:rsidR="00CB6915" w:rsidRDefault="00000000">
      <w:r>
        <w:rPr>
          <w:b/>
        </w:rPr>
        <w:t>3. Are we connecting to organi</w:t>
      </w:r>
      <w:r w:rsidR="00C41A60">
        <w:rPr>
          <w:b/>
        </w:rPr>
        <w:t>z</w:t>
      </w:r>
      <w:r>
        <w:rPr>
          <w:b/>
        </w:rPr>
        <w:t>ational priorities?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01"/>
        <w:gridCol w:w="7539"/>
      </w:tblGrid>
      <w:tr w:rsidR="00C41A60" w14:paraId="55393D2E" w14:textId="77777777" w:rsidTr="00C41A60">
        <w:tc>
          <w:tcPr>
            <w:tcW w:w="1101" w:type="dxa"/>
          </w:tcPr>
          <w:p w14:paraId="7F51DB4B" w14:textId="44C5D038" w:rsidR="00C41A60" w:rsidRDefault="00C41A60" w:rsidP="00C41A60">
            <w:pPr>
              <w:jc w:val="center"/>
            </w:pPr>
            <w:r w:rsidRPr="004112A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12A2">
              <w:instrText xml:space="preserve"> FORMCHECKBOX </w:instrText>
            </w:r>
            <w:r w:rsidRPr="004112A2">
              <w:fldChar w:fldCharType="separate"/>
            </w:r>
            <w:r w:rsidRPr="004112A2">
              <w:fldChar w:fldCharType="end"/>
            </w:r>
          </w:p>
        </w:tc>
        <w:tc>
          <w:tcPr>
            <w:tcW w:w="7539" w:type="dxa"/>
          </w:tcPr>
          <w:p w14:paraId="0256C110" w14:textId="77777777" w:rsidR="00C41A60" w:rsidRDefault="00C41A60" w:rsidP="00C41A60">
            <w:r>
              <w:t>Have we linked our initiative to strategic goals or business priorities?</w:t>
            </w:r>
          </w:p>
        </w:tc>
      </w:tr>
      <w:tr w:rsidR="00C41A60" w14:paraId="1C926600" w14:textId="77777777" w:rsidTr="00C41A60">
        <w:tc>
          <w:tcPr>
            <w:tcW w:w="1101" w:type="dxa"/>
          </w:tcPr>
          <w:p w14:paraId="0FECFAAA" w14:textId="555DD609" w:rsidR="00C41A60" w:rsidRDefault="00C41A60" w:rsidP="00C41A60">
            <w:pPr>
              <w:jc w:val="center"/>
            </w:pPr>
            <w:r w:rsidRPr="004112A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12A2">
              <w:instrText xml:space="preserve"> FORMCHECKBOX </w:instrText>
            </w:r>
            <w:r w:rsidRPr="004112A2">
              <w:fldChar w:fldCharType="separate"/>
            </w:r>
            <w:r w:rsidRPr="004112A2">
              <w:fldChar w:fldCharType="end"/>
            </w:r>
          </w:p>
        </w:tc>
        <w:tc>
          <w:tcPr>
            <w:tcW w:w="7539" w:type="dxa"/>
          </w:tcPr>
          <w:p w14:paraId="1158F3EC" w14:textId="77777777" w:rsidR="00C41A60" w:rsidRDefault="00C41A60" w:rsidP="00C41A60">
            <w:r>
              <w:t>Is it clear how this work supports wider organisational direction?</w:t>
            </w:r>
          </w:p>
        </w:tc>
      </w:tr>
      <w:tr w:rsidR="00C41A60" w14:paraId="554EC9F6" w14:textId="77777777" w:rsidTr="00C41A60">
        <w:tc>
          <w:tcPr>
            <w:tcW w:w="1101" w:type="dxa"/>
          </w:tcPr>
          <w:p w14:paraId="375FC97E" w14:textId="03458789" w:rsidR="00C41A60" w:rsidRDefault="00C41A60" w:rsidP="00C41A60">
            <w:pPr>
              <w:jc w:val="center"/>
            </w:pPr>
            <w:r w:rsidRPr="004112A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12A2">
              <w:instrText xml:space="preserve"> FORMCHECKBOX </w:instrText>
            </w:r>
            <w:r w:rsidRPr="004112A2">
              <w:fldChar w:fldCharType="separate"/>
            </w:r>
            <w:r w:rsidRPr="004112A2">
              <w:fldChar w:fldCharType="end"/>
            </w:r>
          </w:p>
        </w:tc>
        <w:tc>
          <w:tcPr>
            <w:tcW w:w="7539" w:type="dxa"/>
          </w:tcPr>
          <w:p w14:paraId="70C1C927" w14:textId="77777777" w:rsidR="00C41A60" w:rsidRDefault="00C41A60" w:rsidP="00C41A60">
            <w:r>
              <w:t>Have we highlighted cross-team working?</w:t>
            </w:r>
          </w:p>
        </w:tc>
      </w:tr>
      <w:tr w:rsidR="00C41A60" w14:paraId="30C1A1F1" w14:textId="77777777" w:rsidTr="00C41A60">
        <w:tc>
          <w:tcPr>
            <w:tcW w:w="1101" w:type="dxa"/>
          </w:tcPr>
          <w:p w14:paraId="4AA6D8AE" w14:textId="05A25FC1" w:rsidR="00C41A60" w:rsidRDefault="00C41A60" w:rsidP="00C41A60">
            <w:pPr>
              <w:jc w:val="center"/>
            </w:pPr>
            <w:r w:rsidRPr="004112A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12A2">
              <w:instrText xml:space="preserve"> FORMCHECKBOX </w:instrText>
            </w:r>
            <w:r w:rsidRPr="004112A2">
              <w:fldChar w:fldCharType="separate"/>
            </w:r>
            <w:r w:rsidRPr="004112A2">
              <w:fldChar w:fldCharType="end"/>
            </w:r>
          </w:p>
        </w:tc>
        <w:tc>
          <w:tcPr>
            <w:tcW w:w="7539" w:type="dxa"/>
          </w:tcPr>
          <w:p w14:paraId="7DD35DC7" w14:textId="77777777" w:rsidR="00C41A60" w:rsidRDefault="00C41A60" w:rsidP="00C41A60">
            <w:r>
              <w:t>Does the entry show shared ownership and cultural impact?</w:t>
            </w:r>
          </w:p>
        </w:tc>
      </w:tr>
      <w:tr w:rsidR="00C41A60" w14:paraId="3306D869" w14:textId="77777777" w:rsidTr="00C41A60">
        <w:tc>
          <w:tcPr>
            <w:tcW w:w="1101" w:type="dxa"/>
          </w:tcPr>
          <w:p w14:paraId="0F6E5DC4" w14:textId="5251057D" w:rsidR="00C41A60" w:rsidRDefault="00C41A60" w:rsidP="00C41A60">
            <w:pPr>
              <w:jc w:val="center"/>
            </w:pPr>
            <w:r w:rsidRPr="004112A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12A2">
              <w:instrText xml:space="preserve"> FORMCHECKBOX </w:instrText>
            </w:r>
            <w:r w:rsidRPr="004112A2">
              <w:fldChar w:fldCharType="separate"/>
            </w:r>
            <w:r w:rsidRPr="004112A2">
              <w:fldChar w:fldCharType="end"/>
            </w:r>
          </w:p>
        </w:tc>
        <w:tc>
          <w:tcPr>
            <w:tcW w:w="7539" w:type="dxa"/>
          </w:tcPr>
          <w:p w14:paraId="180FD90F" w14:textId="77777777" w:rsidR="00C41A60" w:rsidRDefault="00C41A60" w:rsidP="00C41A60">
            <w:r>
              <w:t>Test: Would a senior stakeholder see why this matters?</w:t>
            </w:r>
          </w:p>
        </w:tc>
      </w:tr>
    </w:tbl>
    <w:p w14:paraId="28A90452" w14:textId="77777777" w:rsidR="00CB6915" w:rsidRDefault="00000000">
      <w:r>
        <w:rPr>
          <w:b/>
        </w:rPr>
        <w:t>4. Have we brought the story to life?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01"/>
        <w:gridCol w:w="7539"/>
      </w:tblGrid>
      <w:tr w:rsidR="00C41A60" w14:paraId="61A6F75D" w14:textId="77777777" w:rsidTr="00C41A60">
        <w:tc>
          <w:tcPr>
            <w:tcW w:w="1101" w:type="dxa"/>
          </w:tcPr>
          <w:p w14:paraId="77177EE6" w14:textId="5E74F055" w:rsidR="00C41A60" w:rsidRDefault="00C41A60" w:rsidP="00C41A60">
            <w:pPr>
              <w:jc w:val="center"/>
            </w:pPr>
            <w:r w:rsidRPr="00582A8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A80">
              <w:instrText xml:space="preserve"> FORMCHECKBOX </w:instrText>
            </w:r>
            <w:r w:rsidRPr="00582A80">
              <w:fldChar w:fldCharType="separate"/>
            </w:r>
            <w:r w:rsidRPr="00582A80">
              <w:fldChar w:fldCharType="end"/>
            </w:r>
          </w:p>
        </w:tc>
        <w:tc>
          <w:tcPr>
            <w:tcW w:w="7539" w:type="dxa"/>
          </w:tcPr>
          <w:p w14:paraId="5B6C37D6" w14:textId="77777777" w:rsidR="00C41A60" w:rsidRDefault="00C41A60" w:rsidP="00C41A60">
            <w:r>
              <w:t>Have we included specific examples or use cases?</w:t>
            </w:r>
          </w:p>
        </w:tc>
      </w:tr>
      <w:tr w:rsidR="00C41A60" w14:paraId="0E2951EF" w14:textId="77777777" w:rsidTr="00C41A60">
        <w:tc>
          <w:tcPr>
            <w:tcW w:w="1101" w:type="dxa"/>
          </w:tcPr>
          <w:p w14:paraId="5D6C96D5" w14:textId="4E9B93CF" w:rsidR="00C41A60" w:rsidRDefault="00C41A60" w:rsidP="00C41A60">
            <w:pPr>
              <w:jc w:val="center"/>
            </w:pPr>
            <w:r w:rsidRPr="00582A8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A80">
              <w:instrText xml:space="preserve"> FORMCHECKBOX </w:instrText>
            </w:r>
            <w:r w:rsidRPr="00582A80">
              <w:fldChar w:fldCharType="separate"/>
            </w:r>
            <w:r w:rsidRPr="00582A80">
              <w:fldChar w:fldCharType="end"/>
            </w:r>
          </w:p>
        </w:tc>
        <w:tc>
          <w:tcPr>
            <w:tcW w:w="7539" w:type="dxa"/>
          </w:tcPr>
          <w:p w14:paraId="29E3405F" w14:textId="77777777" w:rsidR="00C41A60" w:rsidRDefault="00C41A60" w:rsidP="00C41A60">
            <w:r>
              <w:t>Does the narrative feel human and tangible, not abstract?</w:t>
            </w:r>
          </w:p>
        </w:tc>
      </w:tr>
      <w:tr w:rsidR="00C41A60" w14:paraId="0A09BF66" w14:textId="77777777" w:rsidTr="00C41A60">
        <w:tc>
          <w:tcPr>
            <w:tcW w:w="1101" w:type="dxa"/>
          </w:tcPr>
          <w:p w14:paraId="6238F3FF" w14:textId="3E21BB2B" w:rsidR="00C41A60" w:rsidRDefault="00C41A60" w:rsidP="00C41A60">
            <w:pPr>
              <w:jc w:val="center"/>
            </w:pPr>
            <w:r w:rsidRPr="00582A8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A80">
              <w:instrText xml:space="preserve"> FORMCHECKBOX </w:instrText>
            </w:r>
            <w:r w:rsidRPr="00582A80">
              <w:fldChar w:fldCharType="separate"/>
            </w:r>
            <w:r w:rsidRPr="00582A80">
              <w:fldChar w:fldCharType="end"/>
            </w:r>
          </w:p>
        </w:tc>
        <w:tc>
          <w:tcPr>
            <w:tcW w:w="7539" w:type="dxa"/>
          </w:tcPr>
          <w:p w14:paraId="3DF563FD" w14:textId="77777777" w:rsidR="00C41A60" w:rsidRDefault="00C41A60" w:rsidP="00C41A60">
            <w:r>
              <w:t>Have we balanced evidence with storytelling?</w:t>
            </w:r>
          </w:p>
        </w:tc>
      </w:tr>
      <w:tr w:rsidR="00C41A60" w14:paraId="5AFF4DEC" w14:textId="77777777" w:rsidTr="00C41A60">
        <w:tc>
          <w:tcPr>
            <w:tcW w:w="1101" w:type="dxa"/>
          </w:tcPr>
          <w:p w14:paraId="33006168" w14:textId="0038704A" w:rsidR="00C41A60" w:rsidRDefault="00C41A60" w:rsidP="00C41A60">
            <w:pPr>
              <w:jc w:val="center"/>
            </w:pPr>
            <w:r w:rsidRPr="00582A80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A80">
              <w:instrText xml:space="preserve"> FORMCHECKBOX </w:instrText>
            </w:r>
            <w:r w:rsidRPr="00582A80">
              <w:fldChar w:fldCharType="separate"/>
            </w:r>
            <w:r w:rsidRPr="00582A80">
              <w:fldChar w:fldCharType="end"/>
            </w:r>
          </w:p>
        </w:tc>
        <w:tc>
          <w:tcPr>
            <w:tcW w:w="7539" w:type="dxa"/>
          </w:tcPr>
          <w:p w14:paraId="30A592D9" w14:textId="77777777" w:rsidR="00C41A60" w:rsidRDefault="00C41A60" w:rsidP="00C41A60">
            <w:r>
              <w:t>Tip: The strongest entries combine emotion, clarity and evidence.</w:t>
            </w:r>
          </w:p>
        </w:tc>
      </w:tr>
    </w:tbl>
    <w:p w14:paraId="78A2ACA6" w14:textId="77777777" w:rsidR="00C41A60" w:rsidRDefault="00C41A60">
      <w:pPr>
        <w:rPr>
          <w:b/>
        </w:rPr>
      </w:pPr>
    </w:p>
    <w:p w14:paraId="0F5D2E54" w14:textId="58095FA5" w:rsidR="00CB6915" w:rsidRPr="00C41A60" w:rsidRDefault="00C41A60">
      <w:pPr>
        <w:rPr>
          <w:b/>
        </w:rPr>
      </w:pPr>
      <w:r>
        <w:rPr>
          <w:b/>
        </w:rPr>
        <w:br w:type="page"/>
      </w:r>
      <w:r w:rsidR="00000000">
        <w:rPr>
          <w:b/>
        </w:rPr>
        <w:lastRenderedPageBreak/>
        <w:t>5. Have we involved the right people?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01"/>
        <w:gridCol w:w="7539"/>
      </w:tblGrid>
      <w:tr w:rsidR="00C41A60" w14:paraId="7B29A063" w14:textId="77777777" w:rsidTr="00C41A60">
        <w:tc>
          <w:tcPr>
            <w:tcW w:w="1101" w:type="dxa"/>
          </w:tcPr>
          <w:p w14:paraId="04C70CF5" w14:textId="68977126" w:rsidR="00C41A60" w:rsidRDefault="00C41A60" w:rsidP="00C41A60">
            <w:pPr>
              <w:jc w:val="center"/>
            </w:pPr>
            <w:r w:rsidRPr="0011431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431E">
              <w:instrText xml:space="preserve"> FORMCHECKBOX </w:instrText>
            </w:r>
            <w:r w:rsidRPr="0011431E">
              <w:fldChar w:fldCharType="separate"/>
            </w:r>
            <w:r w:rsidRPr="0011431E">
              <w:fldChar w:fldCharType="end"/>
            </w:r>
          </w:p>
        </w:tc>
        <w:tc>
          <w:tcPr>
            <w:tcW w:w="7539" w:type="dxa"/>
          </w:tcPr>
          <w:p w14:paraId="6348CE92" w14:textId="77777777" w:rsidR="00C41A60" w:rsidRDefault="00C41A60" w:rsidP="00C41A60">
            <w:r>
              <w:t>Have we gathered input from across teams (IT, Comms, HR, etc.)?</w:t>
            </w:r>
          </w:p>
        </w:tc>
      </w:tr>
      <w:tr w:rsidR="00C41A60" w14:paraId="575791D6" w14:textId="77777777" w:rsidTr="00C41A60">
        <w:tc>
          <w:tcPr>
            <w:tcW w:w="1101" w:type="dxa"/>
          </w:tcPr>
          <w:p w14:paraId="06FADEA5" w14:textId="6E8AFB98" w:rsidR="00C41A60" w:rsidRDefault="00C41A60" w:rsidP="00C41A60">
            <w:pPr>
              <w:jc w:val="center"/>
            </w:pPr>
            <w:r w:rsidRPr="0011431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431E">
              <w:instrText xml:space="preserve"> FORMCHECKBOX </w:instrText>
            </w:r>
            <w:r w:rsidRPr="0011431E">
              <w:fldChar w:fldCharType="separate"/>
            </w:r>
            <w:r w:rsidRPr="0011431E">
              <w:fldChar w:fldCharType="end"/>
            </w:r>
          </w:p>
        </w:tc>
        <w:tc>
          <w:tcPr>
            <w:tcW w:w="7539" w:type="dxa"/>
          </w:tcPr>
          <w:p w14:paraId="613C09F9" w14:textId="77777777" w:rsidR="00C41A60" w:rsidRDefault="00C41A60" w:rsidP="00C41A60">
            <w:r>
              <w:t>Have leadership or key stakeholders reviewed and shaped the narrative?</w:t>
            </w:r>
          </w:p>
        </w:tc>
      </w:tr>
      <w:tr w:rsidR="00C41A60" w14:paraId="15E63590" w14:textId="77777777" w:rsidTr="00C41A60">
        <w:tc>
          <w:tcPr>
            <w:tcW w:w="1101" w:type="dxa"/>
          </w:tcPr>
          <w:p w14:paraId="5582ACA9" w14:textId="6E378B77" w:rsidR="00C41A60" w:rsidRDefault="00C41A60" w:rsidP="00C41A60">
            <w:pPr>
              <w:jc w:val="center"/>
            </w:pPr>
            <w:r w:rsidRPr="0011431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431E">
              <w:instrText xml:space="preserve"> FORMCHECKBOX </w:instrText>
            </w:r>
            <w:r w:rsidRPr="0011431E">
              <w:fldChar w:fldCharType="separate"/>
            </w:r>
            <w:r w:rsidRPr="0011431E">
              <w:fldChar w:fldCharType="end"/>
            </w:r>
          </w:p>
        </w:tc>
        <w:tc>
          <w:tcPr>
            <w:tcW w:w="7539" w:type="dxa"/>
          </w:tcPr>
          <w:p w14:paraId="1126BB25" w14:textId="77777777" w:rsidR="00C41A60" w:rsidRDefault="00C41A60" w:rsidP="00C41A60">
            <w:r>
              <w:t>Does the entry reflect a shared perspective, not a single voice?</w:t>
            </w:r>
          </w:p>
        </w:tc>
      </w:tr>
      <w:tr w:rsidR="00C41A60" w14:paraId="44A4ADDF" w14:textId="77777777" w:rsidTr="00C41A60">
        <w:tc>
          <w:tcPr>
            <w:tcW w:w="1101" w:type="dxa"/>
          </w:tcPr>
          <w:p w14:paraId="3BA194DA" w14:textId="49DF0FD9" w:rsidR="00C41A60" w:rsidRDefault="00C41A60" w:rsidP="00C41A60">
            <w:pPr>
              <w:jc w:val="center"/>
            </w:pPr>
            <w:r w:rsidRPr="0011431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431E">
              <w:instrText xml:space="preserve"> FORMCHECKBOX </w:instrText>
            </w:r>
            <w:r w:rsidRPr="0011431E">
              <w:fldChar w:fldCharType="separate"/>
            </w:r>
            <w:r w:rsidRPr="0011431E">
              <w:fldChar w:fldCharType="end"/>
            </w:r>
          </w:p>
        </w:tc>
        <w:tc>
          <w:tcPr>
            <w:tcW w:w="7539" w:type="dxa"/>
          </w:tcPr>
          <w:p w14:paraId="40D84A3C" w14:textId="77777777" w:rsidR="00C41A60" w:rsidRDefault="00C41A60" w:rsidP="00C41A60">
            <w:r>
              <w:t>Outcome: Greater credibility and alignment.</w:t>
            </w:r>
          </w:p>
        </w:tc>
      </w:tr>
    </w:tbl>
    <w:p w14:paraId="7CAF2830" w14:textId="77777777" w:rsidR="00CB6915" w:rsidRDefault="00000000">
      <w:r>
        <w:rPr>
          <w:b/>
        </w:rPr>
        <w:t>6. Have we reflected on the journey?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01"/>
        <w:gridCol w:w="7539"/>
      </w:tblGrid>
      <w:tr w:rsidR="00C41A60" w14:paraId="2EBC5CD7" w14:textId="77777777" w:rsidTr="00C41A60">
        <w:tc>
          <w:tcPr>
            <w:tcW w:w="1101" w:type="dxa"/>
          </w:tcPr>
          <w:p w14:paraId="66A5B405" w14:textId="44C8A811" w:rsidR="00C41A60" w:rsidRDefault="00C41A60" w:rsidP="00C41A60">
            <w:pPr>
              <w:jc w:val="center"/>
            </w:pPr>
            <w:r w:rsidRPr="0013059F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59F">
              <w:instrText xml:space="preserve"> FORMCHECKBOX </w:instrText>
            </w:r>
            <w:r w:rsidRPr="0013059F">
              <w:fldChar w:fldCharType="separate"/>
            </w:r>
            <w:r w:rsidRPr="0013059F">
              <w:fldChar w:fldCharType="end"/>
            </w:r>
          </w:p>
        </w:tc>
        <w:tc>
          <w:tcPr>
            <w:tcW w:w="7539" w:type="dxa"/>
          </w:tcPr>
          <w:p w14:paraId="7DF803F2" w14:textId="77777777" w:rsidR="00C41A60" w:rsidRDefault="00C41A60" w:rsidP="00C41A60">
            <w:r>
              <w:t>Have we shown progress over time, not just a final state?</w:t>
            </w:r>
          </w:p>
        </w:tc>
      </w:tr>
      <w:tr w:rsidR="00C41A60" w14:paraId="349FA7DA" w14:textId="77777777" w:rsidTr="00C41A60">
        <w:tc>
          <w:tcPr>
            <w:tcW w:w="1101" w:type="dxa"/>
          </w:tcPr>
          <w:p w14:paraId="0B427C99" w14:textId="35E4A68F" w:rsidR="00C41A60" w:rsidRDefault="00C41A60" w:rsidP="00C41A60">
            <w:pPr>
              <w:jc w:val="center"/>
            </w:pPr>
            <w:r w:rsidRPr="0013059F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59F">
              <w:instrText xml:space="preserve"> FORMCHECKBOX </w:instrText>
            </w:r>
            <w:r w:rsidRPr="0013059F">
              <w:fldChar w:fldCharType="separate"/>
            </w:r>
            <w:r w:rsidRPr="0013059F">
              <w:fldChar w:fldCharType="end"/>
            </w:r>
          </w:p>
        </w:tc>
        <w:tc>
          <w:tcPr>
            <w:tcW w:w="7539" w:type="dxa"/>
          </w:tcPr>
          <w:p w14:paraId="10B2C0EB" w14:textId="77777777" w:rsidR="00C41A60" w:rsidRDefault="00C41A60" w:rsidP="00C41A60">
            <w:r>
              <w:t>Have we acknowledged lessons learned or challenges overcome?</w:t>
            </w:r>
          </w:p>
        </w:tc>
      </w:tr>
      <w:tr w:rsidR="00C41A60" w14:paraId="13B391CE" w14:textId="77777777" w:rsidTr="00C41A60">
        <w:tc>
          <w:tcPr>
            <w:tcW w:w="1101" w:type="dxa"/>
          </w:tcPr>
          <w:p w14:paraId="6BF71DAD" w14:textId="035D592B" w:rsidR="00C41A60" w:rsidRDefault="00C41A60" w:rsidP="00C41A60">
            <w:pPr>
              <w:jc w:val="center"/>
            </w:pPr>
            <w:r w:rsidRPr="0013059F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59F">
              <w:instrText xml:space="preserve"> FORMCHECKBOX </w:instrText>
            </w:r>
            <w:r w:rsidRPr="0013059F">
              <w:fldChar w:fldCharType="separate"/>
            </w:r>
            <w:r w:rsidRPr="0013059F">
              <w:fldChar w:fldCharType="end"/>
            </w:r>
          </w:p>
        </w:tc>
        <w:tc>
          <w:tcPr>
            <w:tcW w:w="7539" w:type="dxa"/>
          </w:tcPr>
          <w:p w14:paraId="023A5AA1" w14:textId="77777777" w:rsidR="00C41A60" w:rsidRDefault="00C41A60" w:rsidP="00C41A60">
            <w:r>
              <w:t>Does the entry demonstrate continuous improvement?</w:t>
            </w:r>
          </w:p>
        </w:tc>
      </w:tr>
      <w:tr w:rsidR="00C41A60" w14:paraId="0478C9C3" w14:textId="77777777" w:rsidTr="00C41A60">
        <w:tc>
          <w:tcPr>
            <w:tcW w:w="1101" w:type="dxa"/>
          </w:tcPr>
          <w:p w14:paraId="6AED51F8" w14:textId="3B91C4A3" w:rsidR="00C41A60" w:rsidRDefault="00C41A60" w:rsidP="00C41A60">
            <w:pPr>
              <w:jc w:val="center"/>
            </w:pPr>
            <w:r w:rsidRPr="0013059F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59F">
              <w:instrText xml:space="preserve"> FORMCHECKBOX </w:instrText>
            </w:r>
            <w:r w:rsidRPr="0013059F">
              <w:fldChar w:fldCharType="separate"/>
            </w:r>
            <w:r w:rsidRPr="0013059F">
              <w:fldChar w:fldCharType="end"/>
            </w:r>
          </w:p>
        </w:tc>
        <w:tc>
          <w:tcPr>
            <w:tcW w:w="7539" w:type="dxa"/>
          </w:tcPr>
          <w:p w14:paraId="2D6E8889" w14:textId="77777777" w:rsidR="00C41A60" w:rsidRDefault="00C41A60" w:rsidP="00C41A60">
            <w:r>
              <w:t>Tip: Judges value honesty and maturity – not just success.</w:t>
            </w:r>
          </w:p>
        </w:tc>
      </w:tr>
    </w:tbl>
    <w:p w14:paraId="28E0F716" w14:textId="77777777" w:rsidR="00CB6915" w:rsidRDefault="00000000">
      <w:r>
        <w:rPr>
          <w:b/>
        </w:rPr>
        <w:t>7. Is the narrative clear and focused?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01"/>
        <w:gridCol w:w="7539"/>
      </w:tblGrid>
      <w:tr w:rsidR="00C41A60" w14:paraId="0ED059CC" w14:textId="77777777" w:rsidTr="00C41A60">
        <w:tc>
          <w:tcPr>
            <w:tcW w:w="1101" w:type="dxa"/>
          </w:tcPr>
          <w:p w14:paraId="5973D823" w14:textId="6B483BB4" w:rsidR="00C41A60" w:rsidRDefault="00C41A60" w:rsidP="00C41A60">
            <w:pPr>
              <w:jc w:val="center"/>
            </w:pPr>
            <w:r w:rsidRPr="008739D3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9D3">
              <w:instrText xml:space="preserve"> FORMCHECKBOX </w:instrText>
            </w:r>
            <w:r w:rsidRPr="008739D3">
              <w:fldChar w:fldCharType="separate"/>
            </w:r>
            <w:r w:rsidRPr="008739D3">
              <w:fldChar w:fldCharType="end"/>
            </w:r>
          </w:p>
        </w:tc>
        <w:tc>
          <w:tcPr>
            <w:tcW w:w="7539" w:type="dxa"/>
          </w:tcPr>
          <w:p w14:paraId="4C37AC0D" w14:textId="77777777" w:rsidR="00C41A60" w:rsidRDefault="00C41A60" w:rsidP="00C41A60">
            <w:r>
              <w:t>Have we avoided unnecessary detail or technical overload?</w:t>
            </w:r>
          </w:p>
        </w:tc>
      </w:tr>
      <w:tr w:rsidR="00C41A60" w14:paraId="5E2F350C" w14:textId="77777777" w:rsidTr="00C41A60">
        <w:tc>
          <w:tcPr>
            <w:tcW w:w="1101" w:type="dxa"/>
          </w:tcPr>
          <w:p w14:paraId="6A11B03D" w14:textId="794C5EC3" w:rsidR="00C41A60" w:rsidRDefault="00C41A60" w:rsidP="00C41A60">
            <w:pPr>
              <w:jc w:val="center"/>
            </w:pPr>
            <w:r w:rsidRPr="008739D3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9D3">
              <w:instrText xml:space="preserve"> FORMCHECKBOX </w:instrText>
            </w:r>
            <w:r w:rsidRPr="008739D3">
              <w:fldChar w:fldCharType="separate"/>
            </w:r>
            <w:r w:rsidRPr="008739D3">
              <w:fldChar w:fldCharType="end"/>
            </w:r>
          </w:p>
        </w:tc>
        <w:tc>
          <w:tcPr>
            <w:tcW w:w="7539" w:type="dxa"/>
          </w:tcPr>
          <w:p w14:paraId="43A2F8CA" w14:textId="77777777" w:rsidR="00C41A60" w:rsidRDefault="00C41A60" w:rsidP="00C41A60">
            <w:r>
              <w:t>Is the structure easy to follow and logically ordered?</w:t>
            </w:r>
          </w:p>
        </w:tc>
      </w:tr>
      <w:tr w:rsidR="00C41A60" w14:paraId="6093C1D5" w14:textId="77777777" w:rsidTr="00C41A60">
        <w:tc>
          <w:tcPr>
            <w:tcW w:w="1101" w:type="dxa"/>
          </w:tcPr>
          <w:p w14:paraId="5412FB21" w14:textId="7D14A7BA" w:rsidR="00C41A60" w:rsidRDefault="00C41A60" w:rsidP="00C41A60">
            <w:pPr>
              <w:jc w:val="center"/>
            </w:pPr>
            <w:r w:rsidRPr="008739D3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9D3">
              <w:instrText xml:space="preserve"> FORMCHECKBOX </w:instrText>
            </w:r>
            <w:r w:rsidRPr="008739D3">
              <w:fldChar w:fldCharType="separate"/>
            </w:r>
            <w:r w:rsidRPr="008739D3">
              <w:fldChar w:fldCharType="end"/>
            </w:r>
          </w:p>
        </w:tc>
        <w:tc>
          <w:tcPr>
            <w:tcW w:w="7539" w:type="dxa"/>
          </w:tcPr>
          <w:p w14:paraId="7738FECC" w14:textId="07D6D723" w:rsidR="00C41A60" w:rsidRDefault="00C41A60" w:rsidP="00C41A60">
            <w:r>
              <w:t>Have we prioritized the most important messages?</w:t>
            </w:r>
          </w:p>
        </w:tc>
      </w:tr>
      <w:tr w:rsidR="00C41A60" w14:paraId="54D76239" w14:textId="77777777" w:rsidTr="00C41A60">
        <w:tc>
          <w:tcPr>
            <w:tcW w:w="1101" w:type="dxa"/>
          </w:tcPr>
          <w:p w14:paraId="1F7FED9C" w14:textId="16B12144" w:rsidR="00C41A60" w:rsidRDefault="00C41A60" w:rsidP="00C41A60">
            <w:pPr>
              <w:jc w:val="center"/>
            </w:pPr>
            <w:r w:rsidRPr="008739D3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9D3">
              <w:instrText xml:space="preserve"> FORMCHECKBOX </w:instrText>
            </w:r>
            <w:r w:rsidRPr="008739D3">
              <w:fldChar w:fldCharType="separate"/>
            </w:r>
            <w:r w:rsidRPr="008739D3">
              <w:fldChar w:fldCharType="end"/>
            </w:r>
          </w:p>
        </w:tc>
        <w:tc>
          <w:tcPr>
            <w:tcW w:w="7539" w:type="dxa"/>
          </w:tcPr>
          <w:p w14:paraId="09CB3C5D" w14:textId="58206615" w:rsidR="00C41A60" w:rsidRDefault="00C41A60" w:rsidP="00C41A60">
            <w:r>
              <w:t>Test: Could this be summarized in a few strong sentences?</w:t>
            </w:r>
          </w:p>
        </w:tc>
      </w:tr>
    </w:tbl>
    <w:p w14:paraId="65E00583" w14:textId="77777777" w:rsidR="00CB6915" w:rsidRDefault="00000000">
      <w:r>
        <w:rPr>
          <w:b/>
        </w:rPr>
        <w:t>8. Have we started early and refined?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01"/>
        <w:gridCol w:w="7539"/>
      </w:tblGrid>
      <w:tr w:rsidR="00C41A60" w14:paraId="6287B731" w14:textId="77777777" w:rsidTr="00C41A60">
        <w:tc>
          <w:tcPr>
            <w:tcW w:w="1101" w:type="dxa"/>
          </w:tcPr>
          <w:p w14:paraId="5E406681" w14:textId="76700061" w:rsidR="00C41A60" w:rsidRDefault="00C41A60" w:rsidP="00C41A60">
            <w:pPr>
              <w:jc w:val="center"/>
            </w:pPr>
            <w:r w:rsidRPr="0005606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6069">
              <w:instrText xml:space="preserve"> FORMCHECKBOX </w:instrText>
            </w:r>
            <w:r w:rsidRPr="00056069">
              <w:fldChar w:fldCharType="separate"/>
            </w:r>
            <w:r w:rsidRPr="00056069">
              <w:fldChar w:fldCharType="end"/>
            </w:r>
          </w:p>
        </w:tc>
        <w:tc>
          <w:tcPr>
            <w:tcW w:w="7539" w:type="dxa"/>
          </w:tcPr>
          <w:p w14:paraId="67A93CA0" w14:textId="77777777" w:rsidR="00C41A60" w:rsidRDefault="00C41A60" w:rsidP="00C41A60">
            <w:r>
              <w:t>Did we iterate through multiple drafts?</w:t>
            </w:r>
          </w:p>
        </w:tc>
      </w:tr>
      <w:tr w:rsidR="00C41A60" w14:paraId="22CA7249" w14:textId="77777777" w:rsidTr="00C41A60">
        <w:tc>
          <w:tcPr>
            <w:tcW w:w="1101" w:type="dxa"/>
          </w:tcPr>
          <w:p w14:paraId="0B8BB051" w14:textId="38A982B2" w:rsidR="00C41A60" w:rsidRDefault="00C41A60" w:rsidP="00C41A60">
            <w:pPr>
              <w:jc w:val="center"/>
            </w:pPr>
            <w:r w:rsidRPr="0005606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6069">
              <w:instrText xml:space="preserve"> FORMCHECKBOX </w:instrText>
            </w:r>
            <w:r w:rsidRPr="00056069">
              <w:fldChar w:fldCharType="separate"/>
            </w:r>
            <w:r w:rsidRPr="00056069">
              <w:fldChar w:fldCharType="end"/>
            </w:r>
          </w:p>
        </w:tc>
        <w:tc>
          <w:tcPr>
            <w:tcW w:w="7539" w:type="dxa"/>
          </w:tcPr>
          <w:p w14:paraId="08F7BAEB" w14:textId="77777777" w:rsidR="00C41A60" w:rsidRDefault="00C41A60" w:rsidP="00C41A60">
            <w:r>
              <w:t>Have we incorporated feedback to strengthen the story?</w:t>
            </w:r>
          </w:p>
        </w:tc>
      </w:tr>
      <w:tr w:rsidR="00C41A60" w14:paraId="777E073F" w14:textId="77777777" w:rsidTr="00C41A60">
        <w:tc>
          <w:tcPr>
            <w:tcW w:w="1101" w:type="dxa"/>
          </w:tcPr>
          <w:p w14:paraId="4B8F14BD" w14:textId="74182190" w:rsidR="00C41A60" w:rsidRDefault="00C41A60" w:rsidP="00C41A60">
            <w:pPr>
              <w:jc w:val="center"/>
            </w:pPr>
            <w:r w:rsidRPr="0005606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6069">
              <w:instrText xml:space="preserve"> FORMCHECKBOX </w:instrText>
            </w:r>
            <w:r w:rsidRPr="00056069">
              <w:fldChar w:fldCharType="separate"/>
            </w:r>
            <w:r w:rsidRPr="00056069">
              <w:fldChar w:fldCharType="end"/>
            </w:r>
          </w:p>
        </w:tc>
        <w:tc>
          <w:tcPr>
            <w:tcW w:w="7539" w:type="dxa"/>
          </w:tcPr>
          <w:p w14:paraId="4B1B75AB" w14:textId="77777777" w:rsidR="00C41A60" w:rsidRDefault="00C41A60" w:rsidP="00C41A60">
            <w:r>
              <w:t>Have we taken time to step back and connect the dots?</w:t>
            </w:r>
          </w:p>
        </w:tc>
      </w:tr>
      <w:tr w:rsidR="00C41A60" w14:paraId="1558B3A9" w14:textId="77777777" w:rsidTr="00C41A60">
        <w:tc>
          <w:tcPr>
            <w:tcW w:w="1101" w:type="dxa"/>
          </w:tcPr>
          <w:p w14:paraId="38E8EBD5" w14:textId="2BBE4BBE" w:rsidR="00C41A60" w:rsidRDefault="00C41A60" w:rsidP="00C41A60">
            <w:pPr>
              <w:jc w:val="center"/>
            </w:pPr>
            <w:r w:rsidRPr="0005606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6069">
              <w:instrText xml:space="preserve"> FORMCHECKBOX </w:instrText>
            </w:r>
            <w:r w:rsidRPr="00056069">
              <w:fldChar w:fldCharType="separate"/>
            </w:r>
            <w:r w:rsidRPr="00056069">
              <w:fldChar w:fldCharType="end"/>
            </w:r>
          </w:p>
        </w:tc>
        <w:tc>
          <w:tcPr>
            <w:tcW w:w="7539" w:type="dxa"/>
          </w:tcPr>
          <w:p w14:paraId="5AAC0C17" w14:textId="77777777" w:rsidR="00C41A60" w:rsidRDefault="00C41A60" w:rsidP="00C41A60">
            <w:r>
              <w:t>Reality check: Strong entries are shaped over time – not written in one go.</w:t>
            </w:r>
          </w:p>
        </w:tc>
      </w:tr>
    </w:tbl>
    <w:p w14:paraId="06F1240E" w14:textId="77777777" w:rsidR="00CB6915" w:rsidRDefault="00000000">
      <w:r>
        <w:rPr>
          <w:b/>
        </w:rPr>
        <w:t>One-line litmus test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01"/>
        <w:gridCol w:w="7539"/>
      </w:tblGrid>
      <w:tr w:rsidR="00CB6915" w14:paraId="7EC2750C" w14:textId="77777777" w:rsidTr="00C41A60">
        <w:tc>
          <w:tcPr>
            <w:tcW w:w="1101" w:type="dxa"/>
          </w:tcPr>
          <w:p w14:paraId="6C00CF67" w14:textId="651948FB" w:rsidR="00CB6915" w:rsidRDefault="00C41A60" w:rsidP="00C41A60">
            <w:pPr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7539" w:type="dxa"/>
          </w:tcPr>
          <w:p w14:paraId="76218399" w14:textId="2E3ED3AD" w:rsidR="00CB6915" w:rsidRDefault="00C41A60">
            <w:r>
              <w:t>‘</w:t>
            </w:r>
            <w:r w:rsidR="00000000">
              <w:t>Does this entry clearly tell a credible, evidence-backed story of meaningful transformation?</w:t>
            </w:r>
            <w:r>
              <w:t>’</w:t>
            </w:r>
          </w:p>
        </w:tc>
      </w:tr>
    </w:tbl>
    <w:p w14:paraId="594F9269" w14:textId="77777777" w:rsidR="00C41A60" w:rsidRDefault="00C41A60"/>
    <w:p w14:paraId="05113FEE" w14:textId="03DC3E60" w:rsidR="000158B2" w:rsidRPr="00C41A60" w:rsidRDefault="00C41A60">
      <w:pPr>
        <w:rPr>
          <w:b/>
          <w:bCs/>
        </w:rPr>
      </w:pPr>
      <w:r w:rsidRPr="00C41A60">
        <w:rPr>
          <w:b/>
          <w:bCs/>
        </w:rPr>
        <w:t xml:space="preserve">Submit your entry at </w:t>
      </w:r>
      <w:hyperlink r:id="rId8" w:history="1">
        <w:r w:rsidRPr="00C41A60">
          <w:rPr>
            <w:rStyle w:val="Hyperlink"/>
            <w:b/>
            <w:bCs/>
          </w:rPr>
          <w:t>https://digitalworkplacegroup.com/digital-workplace-awards/</w:t>
        </w:r>
      </w:hyperlink>
    </w:p>
    <w:sectPr w:rsidR="000158B2" w:rsidRPr="00C41A60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B5D90" w14:textId="77777777" w:rsidR="000158B2" w:rsidRDefault="000158B2" w:rsidP="00C41A60">
      <w:pPr>
        <w:spacing w:after="0" w:line="240" w:lineRule="auto"/>
      </w:pPr>
      <w:r>
        <w:separator/>
      </w:r>
    </w:p>
  </w:endnote>
  <w:endnote w:type="continuationSeparator" w:id="0">
    <w:p w14:paraId="4FD2C2D8" w14:textId="77777777" w:rsidR="000158B2" w:rsidRDefault="000158B2" w:rsidP="00C4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969E2" w14:textId="77777777" w:rsidR="000158B2" w:rsidRDefault="000158B2" w:rsidP="00C41A60">
      <w:pPr>
        <w:spacing w:after="0" w:line="240" w:lineRule="auto"/>
      </w:pPr>
      <w:r>
        <w:separator/>
      </w:r>
    </w:p>
  </w:footnote>
  <w:footnote w:type="continuationSeparator" w:id="0">
    <w:p w14:paraId="052956A1" w14:textId="77777777" w:rsidR="000158B2" w:rsidRDefault="000158B2" w:rsidP="00C4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11A48" w14:textId="585C4E19" w:rsidR="00C41A60" w:rsidRDefault="00C41A60" w:rsidP="00C41A60">
    <w:pPr>
      <w:pStyle w:val="Header"/>
      <w:jc w:val="right"/>
    </w:pPr>
    <w:r w:rsidRPr="00C41A60">
      <w:drawing>
        <wp:inline distT="0" distB="0" distL="0" distR="0" wp14:anchorId="682CFCC8" wp14:editId="20EA6D7C">
          <wp:extent cx="745887" cy="502332"/>
          <wp:effectExtent l="0" t="0" r="3810" b="5715"/>
          <wp:docPr id="4" name="Picture 3" descr="A group of colorful circles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F3BB0D-5124-57F0-79A3-C8A5523897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group of colorful circles&#10;&#10;Description automatically generated">
                    <a:extLst>
                      <a:ext uri="{FF2B5EF4-FFF2-40B4-BE49-F238E27FC236}">
                        <a16:creationId xmlns:a16="http://schemas.microsoft.com/office/drawing/2014/main" id="{93F3BB0D-5124-57F0-79A3-C8A5523897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5887" cy="5023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35081798">
    <w:abstractNumId w:val="8"/>
  </w:num>
  <w:num w:numId="2" w16cid:durableId="237591228">
    <w:abstractNumId w:val="6"/>
  </w:num>
  <w:num w:numId="3" w16cid:durableId="878863118">
    <w:abstractNumId w:val="5"/>
  </w:num>
  <w:num w:numId="4" w16cid:durableId="88502967">
    <w:abstractNumId w:val="4"/>
  </w:num>
  <w:num w:numId="5" w16cid:durableId="752703758">
    <w:abstractNumId w:val="7"/>
  </w:num>
  <w:num w:numId="6" w16cid:durableId="1394084041">
    <w:abstractNumId w:val="3"/>
  </w:num>
  <w:num w:numId="7" w16cid:durableId="1370304328">
    <w:abstractNumId w:val="2"/>
  </w:num>
  <w:num w:numId="8" w16cid:durableId="618298026">
    <w:abstractNumId w:val="1"/>
  </w:num>
  <w:num w:numId="9" w16cid:durableId="1999334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58B2"/>
    <w:rsid w:val="00034616"/>
    <w:rsid w:val="0006063C"/>
    <w:rsid w:val="0015074B"/>
    <w:rsid w:val="0029639D"/>
    <w:rsid w:val="00326F90"/>
    <w:rsid w:val="00AA1D8D"/>
    <w:rsid w:val="00B47730"/>
    <w:rsid w:val="00C41A60"/>
    <w:rsid w:val="00CB0664"/>
    <w:rsid w:val="00CB6915"/>
    <w:rsid w:val="00FB78E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9CDB50"/>
  <w14:defaultImageDpi w14:val="300"/>
  <w15:docId w15:val="{F0D511E9-A1DB-3543-92D8-6446A56A0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C41A6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1A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talworkplacegroup.com/digital-workplace-award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565</Words>
  <Characters>2780</Characters>
  <Application>Microsoft Office Word</Application>
  <DocSecurity>0</DocSecurity>
  <Lines>154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Kate Algar</cp:lastModifiedBy>
  <cp:revision>2</cp:revision>
  <dcterms:created xsi:type="dcterms:W3CDTF">2026-06-09T10:32:00Z</dcterms:created>
  <dcterms:modified xsi:type="dcterms:W3CDTF">2026-06-09T10:32:00Z</dcterms:modified>
  <cp:category/>
</cp:coreProperties>
</file>